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מחוון הערכה עצמית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ההערכה במחוון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רמות ביצוע שונות (מתחיל/ה עד מעולה)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שיפור אישי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ברכה, חיוך והצגה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הופך שאלה קשה להזדמנות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מתחיל/ה, מתקדם/ת, טוב מאוד,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ברמת מצוין יש דוגמאות מוחשיות במבנה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עוסק ביכולת להקשיב ולענות בדיוק על מה שנשאל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תחום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(ברכה, חיוך ופיץ׳ ממוקד)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(ישיבה זקופה וקשר עין טבעי)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 מוחשית במבנה STAR)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(עונה בדיוק למה שנשאל)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לראיון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 עם ברכה וחיוך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ישיבה זקופה ושמירה על 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מענה לשאלות עם דוגמאות מפורטות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הקשבה מלאה לשאלת המראיין/ת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משישה התחומים, עם הסבר סביר ודרך תרגול מעשית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תחומים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מדויק התואם את הכתוב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 אישית וריאלית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טבלת המחוון המלאה ולתרגל זיהוי רמות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לדרג את עצמם בתרגול ראיון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משחק תפקידים קצר להמחשת ההבדל בין הרמות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מחוון הערכה עצמית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המחוון עוזר לנו להעריך את עצמנו לפני ראיון עבודה, לפי שישה תחומים: פתיחה, שפת גוף וקול, תוכן תשובות, הקשבה, התמודדות עם לחץ וסיום. בכל תחום יש ארבע רמות, מהמתחיל/ה ועד המעולה.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מגוון  ·  STAR  ·  הדדית  ·  הצגה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התחומים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תחומי הערכה יש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בודקים בתחום 'פתיחה ורושם ראשון'?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קול וישיבה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ברכה, חיוך והצגה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דוגמאות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 התיאור 'מעולה' בתחום התמודדות עם לחץ?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שותק לאורך כל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הופך שאלה קשה להזדמנות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מוותר על תשובות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במחוון יש ארבע רמות בכל תחום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ברמת 'מצוין' בתוכן התשובות אין צורך בדוגמאות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ותקשורת עוסקת רק בקול ולא בתוכן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בתחום פתיחה ורושם ראשון, ברמה הבסיסית חסרה __________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מבנה לתשובה עם דוגמה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בתחום שפת גוף וקול, ברמת מעולה הקול צריך להיות חי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בתחום הקשבה ותקשורת, ברמת מעולה נוצרת שיחה __________ וזורמת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תחום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 ורושם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ישיבה זקופה וקשר עין טבעי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שפת גוף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ברכה, חיוך ופיץ׳ ממוקד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תוכן התשובות ודוגמאות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עונה בדיוק למה שנשאל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הקשבה ותקשורת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דוגמה מוחשית במבנה STAR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לראיון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ישיבה זקופה ושמירה על קשר 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כניסה עם ברכה וחיוך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מלאה לשאלת המראיין/ת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מענה לשאלות עם דוגמאות מפורטות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תחום אחד מהמחוון שבו הייתם רוצים להשתפר, והסבירו למה בחרתם בו ואיך תתרגלו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תחומים מתוך המחוון?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רמת 'מעולה' בתחום אחד לבחירתכם?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מחוון הערכה עצמית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