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ההערכה במחוון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רמות ביצוע שונות (מתחיל/ה עד מעולה)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שיפור אישי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ברכה, חיוך והצגה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הופך שאלה קשה להזדמנות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שאלה מעמיקה וסיום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ישיבה שקועה וקול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מתחיל/ה, מתקדם/ת, טוב מאוד,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ברמת מצוין יש דוגמאות מוחשיות במבנה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עוסק ביכולת להקשיב ולענות בדיוק על מה שנשאל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במחוון ברמת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המחוון מיועד להערכה עצמית של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בתיאור הרמה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(ברכה, חיוך ופיץ׳ ממוקד)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(ישיבה זקופה וקשר עין טבעי)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 מוחשית במבנה STAR)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(עונה בדיוק למה שנשאל)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(נשימה ועצירה קצרה לפני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(שאלה רלוונטית וסיום בתודה)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עם ברכה וחיוך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ישיבה זקופה ושמירה על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לשאלות עם דוגמאות מפורטות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מלאה לשאלת המראיין/ת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שמירה על רוגע גם בשאלה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שאילת שאלה וסיום בתודה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משישה התחומים, עם הסבר סביר ודרך תרגול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ותגובה רגועה ובטוחה שהופכת את הקושי להזדמנות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תחומים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מדויק התואם את הכתוב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אישית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טבלת המחוון המלאה ולתרגל זיהוי רמות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לדרג את עצמם בתרגול ראיון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קצר להמחשת ההבדל בין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דף שעוזר לבדוק איך הולך בראיון עבודה. יש שישה דברים שבודקים, ובכל אחד יש רמות: מתחיל, מתקדם, טוב מאוד, מעולה.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רמות שונות של ביצוע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אנחנו נראים ונשמעים בהתחלה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 הגוף, הישיבה, קשר העין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לענות עם מצב, משימה, פעולה ותוצאה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בדיוק מה שואלים ולענות על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התמודדות עם לחץ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מתנהגים כששואלים שאלה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פיץ׳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קצרה וממוקדת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תחומים יש בטבלה?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בהתחלה של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וישיבה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ברכה, חיוך והצגה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דוגמאות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בונים תשובה טובה עם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מי שמעולה בהתמודדות עם לחץ?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הופך שאלה קשה להזדמנות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מוותר על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קוטע את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ראיון מעולה?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יציאה בלי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כללית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מעמיקה וסיום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נראית רמת מתחיל בשפת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ישיבה זקופה וקול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ישיבה שקועה וקול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חי ומגוון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 עין טבעי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יש ארבע רמות בכל תחום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'מצוין' בתוכן התשובות אין צורך בדוגמאות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ותקשורת עוסקת רק בקול ולא בתוכן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'מעולה' בפתיחה יש חיבור למקום ועניין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ההערכה נועד לבדוק רק את המראיין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'מתקדם/ת' בהתמודדות עם לחץ, הנבדק/ת נלחץ/ת אך מנסה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בתחום פתיחה ורושם ראשון, ברמה הבסיסית חסרה 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מבנה לתשובה עם דוגמה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בתחום שפת גוף וקול, ברמת מעולה הקול צריך להיות חי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בתחום הקשבה ותקשורת, ברמת מעולה נוצרת שיחה __________ וזורמת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ברמת מעולה בהתמודדות עם לחץ, שומרים על שקט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בסיום הראיון כדאי לשאול שאלה ולהגיד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ורושם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נשימה ועצירה קצרה לפני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גוף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 מוחשית במבנה STAR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תוכן התשובות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רלוונטית וסיום בתודה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 ותקשורת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ישיבה זקופה וקשר עין טבעי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התמודדות עם לחץ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ברכה, חיוך ופיץ׳ ממוקד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 ושאלות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עונה בדיוק למה שנשאל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לראיון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לשאלות עם דוגמאות מפורטות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רוגע גם בשאלה מפתיעה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מלאה לשאלת המראיין/ת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זקופה ושמירה על קשר 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שאילת שאלה וסיום בתודה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עם ברכה וחיוך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תחום אחד מהמחוון שבו הייתם רוצים להשתפר, והסבירו למה בחרתם בו ואיך תתרגלו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של שאלה קשה בראיון ואיך הייתם רוצים להגיב לפי רמת 'מעולה' בהתמודדות עם לחץ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תחומים מתוך המחוון?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רמת 'מעולה' בתחום אחד לבחירתכם?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איזה תחום הייתם רוצים לעבוד לקראת הראיון הבא?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מחוון הערכה עצמית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