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תחומי ההערכה במחוון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רמות ביצוע שונות (מתחיל/ה עד מעולה)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שיפור אישי לקראת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התחומים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ברכה, חיוך והצגה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הופך שאלה קשה להזדמנות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שאלה מעמיקה וסיום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ישיבה שקועה וקול 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מתחיל/ה, מתקדם/ת, טוב מאוד,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ברמת מצוין יש דוגמאות מוחשיות במבנה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עוסק ביכולת להקשיב ולענות בדיוק על מה שנשאל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במחוון ברמת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המחוון מיועד להערכה עצמית של המרואיין/ת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בתיאור הרמה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תחום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(ברכה, חיוך ופיץ׳ ממוקד)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(ישיבה זקופה וקשר עין טבעי)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(דוגמה מוחשית במבנה STAR)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(עונה בדיוק למה שנשאל)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(נשימה ועצירה קצרה לפני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(שאלה רלוונטית וסיום בתודה)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לראיון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עם ברכה וחיוך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ישיבה זקופה ושמירה על קשר 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מענה לשאלות עם דוגמאות מפורטות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הקשבה מלאה לשאלת המראיין/ת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שמירה על רוגע גם בשאלה מפתיעה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שאילת שאלה וסיום בתודה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משישה התחומים, עם הסבר סביר ודרך תרגול מעשית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ותגובה רגועה ובטוחה שהופכת את הקושי להזדמנות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לשמות נכונים של תחומים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תיאור מדויק התואם את הכתוב במחוון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מטרה אישית וריאלית לשיפור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טבלת המחוון המלאה ולתרגל זיהוי רמות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לדרג את עצמם בתרגול ראיון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משחק תפקידים קצר להמחשת ההבדל בין הרמות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מחוון הערכה עצמית לראיון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המחוון עוזר לנו להעריך את עצמנו לפני ראיון עבודה, לפי שישה תחומים: פתיחה, שפת גוף וקול, תוכן תשובות, הקשבה, התמודדות עם לחץ וסיום. בכל תחום יש ארבע רמות, מהמתחיל/ה ועד המעולה.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התחומים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תחומי הערכה יש במחוון?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בתחום 'פתיחה ורושם ראשון'?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קול וישיבה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ברכה, חיוך והצגה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דוגמאות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בסיום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מבנה מוזכר כתשובה מצוינת בתוכן התשובות?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STAR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 התיאור 'מעולה' בתחום התמודדות עם לחץ?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שותק לאורך כל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הופך שאלה קשה להזדמנות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מוותר על תשובות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קוטע את המראיין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כולל תחום 'סיום ושאלות' ברמת מעולה?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יציאה בלי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שאלה כללית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מעמיקה וסיום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מאפיין רמת 'מתחיל/ה' בשפת גוף וקול?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ישיבה זקופה וקול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ישיבה שקועה וקול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 חי ומגוון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 עין טבעי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יש ארבע רמות בכל תחום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'מצוין' בתוכן התשובות אין צורך בדוגמאות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ותקשורת עוסקת רק בקול ולא בתוכן התשובה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'מעולה' בפתיחה יש חיבור למקום ועניין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ההערכה נועד לבדוק רק את המראיין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'מתקדם/ת' בהתמודדות עם לחץ, הנבדק/ת נלחץ/ת אך מנסה לענות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בתחום פתיחה ורושם ראשון, ברמה הבסיסית חסרה 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מבנה לתשובה עם דוגמה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בתחום שפת גוף וקול, ברמת מעולה הקול צריך להיות חי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בתחום הקשבה ותקשורת, ברמת מעולה נוצרת שיחה __________ וזורמת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ברמת מעולה בהתמודדות עם לחץ, שומרים על שקט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בסיום הראיון כדאי לשאול שאלה ולהגיד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תחום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פתיחה ורושם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דוגמה מוחשית במבנה STAR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שפת גוף וקול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נשימה ועצירה קצרה לפני 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תוכן התשובות ודוגמאות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שאלה רלוונטית וסיום בתודה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 ותקשורת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ישיבה זקופה וקשר עין טבעי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התמודדות עם לחץ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עונה בדיוק למה שנשאל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 ושאלות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ברכה, חיוך ופיץ׳ ממוקד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לראיון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הקשבה מלאה לשאלת המראיין/ת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שאילת שאלה וסיום בתודה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עם ברכה וחיוך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רוגע גם בשאלה מפתיעה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ישיבה זקופה ושמירה על קשר עין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מענה לשאלות עם דוגמאות מפורטות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תחום אחד מהמחוון שבו הייתם רוצים להשתפר, והסבירו למה בחרתם בו ואיך תתרגלו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של שאלה קשה בראיון ואיך הייתם רוצים להגיב לפי רמת 'מעולה' בהתמודדות עם לחץ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תחומים מתוך המחוון?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רמת 'מעולה' בתחום אחד לבחירתכם?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איזה תחום הייתם רוצים לעבוד לקראת הראיון הבא?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מחוון הערכה עצמית לראיון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